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0"/>
        </w:rPr>
        <w:t>На бланке организации</w:t>
      </w:r>
      <w:r>
        <w:rPr>
          <w:i/>
          <w:sz w:val="18"/>
        </w:rPr>
        <w:br/>
        <w:t>(наименование, адрес и реквизиты организации)</w:t>
      </w:r>
    </w:p>
    <w:p>
      <w:pPr>
        <w:jc w:val="right"/>
      </w:pPr>
      <w:r>
        <w:rPr>
          <w:b/>
        </w:rPr>
        <w:t>Администратору сервиса search.lab-info.ru</w:t>
        <w:br/>
        <w:t>«Поиск аккредитованных испытательных лабораторий»</w:t>
      </w:r>
    </w:p>
    <w:p>
      <w:pPr>
        <w:spacing w:before="200" w:after="200"/>
        <w:jc w:val="center"/>
      </w:pPr>
      <w:r>
        <w:rPr>
          <w:b/>
          <w:sz w:val="26"/>
        </w:rPr>
        <w:t>ПИСЬМО-ПОДТВЕРЖДЕНИЕ</w:t>
      </w:r>
    </w:p>
    <w:p>
      <w:pPr>
        <w:ind w:firstLine="567"/>
        <w:jc w:val="both"/>
      </w:pPr>
      <w:r>
        <w:t xml:space="preserve">Настоящим подтверждаем, что </w:t>
      </w:r>
      <w:r>
        <w:rPr>
          <w:b/>
        </w:rPr>
        <w:t>[ФИО пользователя]</w:t>
      </w:r>
      <w:r>
        <w:t xml:space="preserve">, зарегистрированный(ая) на сайте search.lab-info.ru с адресом электронной почты </w:t>
      </w:r>
      <w:r>
        <w:rPr>
          <w:b/>
        </w:rPr>
        <w:t>[email аккаунта на search.lab-info.ru]</w:t>
      </w:r>
      <w:r>
        <w:t xml:space="preserve">, является сотрудником испытательной лаборатории </w:t>
      </w:r>
      <w:r>
        <w:rPr>
          <w:b/>
        </w:rPr>
        <w:t>[полное наименование лаборатории]</w:t>
      </w:r>
      <w:r>
        <w:t xml:space="preserve">, номер записи в реестре аккредитованных лиц </w:t>
      </w:r>
      <w:r>
        <w:rPr>
          <w:b/>
        </w:rPr>
        <w:t>[№ РАЛ]</w:t>
      </w:r>
      <w:r>
        <w:t>.</w:t>
      </w:r>
    </w:p>
    <w:p>
      <w:pPr>
        <w:ind w:firstLine="567"/>
        <w:jc w:val="both"/>
      </w:pPr>
      <w:r>
        <w:t>Просим подтвердить связь указанного пользователя с лабораторией и предоставить ему возможность управления контактными данными лаборатории на сайте search.lab-info.ru.</w:t>
      </w:r>
    </w:p>
    <w:p>
      <w:pPr>
        <w:ind w:firstLine="567"/>
        <w:jc w:val="both"/>
      </w:pPr>
      <w:r>
        <w:t>Контактные данные, размещаемые пользователем на сайте search.lab-info.ru, предоставляются организацией для публикации и связи с лабораторией.</w:t>
      </w:r>
    </w:p>
    <w:p>
      <w:pPr>
        <w:spacing w:before="2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3515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Должность подписанта</w:t>
            </w:r>
          </w:p>
        </w:tc>
        <w:tc>
          <w:tcPr>
            <w:tcW w:type="dxa" w:w="51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[Генеральный директор / руководитель лаборатории]</w:t>
            </w:r>
          </w:p>
        </w:tc>
      </w:tr>
      <w:tr>
        <w:tc>
          <w:tcPr>
            <w:tcW w:type="dxa" w:w="3515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ФИО подписанта</w:t>
            </w:r>
          </w:p>
        </w:tc>
        <w:tc>
          <w:tcPr>
            <w:tcW w:type="dxa" w:w="51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[ФИО]</w:t>
            </w:r>
          </w:p>
        </w:tc>
      </w:tr>
      <w:tr>
        <w:tc>
          <w:tcPr>
            <w:tcW w:type="dxa" w:w="3515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Подпись</w:t>
            </w:r>
          </w:p>
        </w:tc>
        <w:tc>
          <w:tcPr>
            <w:tcW w:type="dxa" w:w="51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________________________</w:t>
            </w:r>
          </w:p>
        </w:tc>
      </w:tr>
      <w:tr>
        <w:tc>
          <w:tcPr>
            <w:tcW w:type="dxa" w:w="3515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Дата</w:t>
            </w:r>
          </w:p>
        </w:tc>
        <w:tc>
          <w:tcPr>
            <w:tcW w:type="dxa" w:w="51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«___» __________ 20___ г.</w:t>
            </w:r>
          </w:p>
        </w:tc>
      </w:tr>
    </w:tbl>
    <w:p>
      <w:pPr>
        <w:spacing w:before="200"/>
      </w:pPr>
      <w:r>
        <w:rPr>
          <w:sz w:val="20"/>
        </w:rPr>
        <w:t>М.П. (если организация использует печать)</w:t>
      </w:r>
    </w:p>
    <w:p>
      <w:pPr>
        <w:spacing w:before="320"/>
      </w:pPr>
      <w:r>
        <w:rPr>
          <w:b/>
          <w:sz w:val="18"/>
        </w:rPr>
        <w:t xml:space="preserve">Примечание: </w:t>
      </w:r>
      <w:r>
        <w:rPr>
          <w:i/>
          <w:sz w:val="18"/>
        </w:rPr>
        <w:t>это пример, а не обязательная форма. Текст можно изменить под правила вашей организации. Письмо рекомендуется оформить на бланке организации, подписать генеральным директором либо руководителем лаборатории, если его ФИО указано в реестре ФСА, и заверить печатью, если она используется.</w:t>
      </w:r>
    </w:p>
    <w:sectPr w:rsidR="00FC693F" w:rsidRPr="0006063C" w:rsidSect="00034616"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письма для подтверждения лаборатории в АРП</dc:title>
  <dc:subject>Подтверждение связи пользователя с испытательной лабораторией</dc:subject>
  <dc:creator>АРП</dc:creator>
  <cp:keywords>АРП, лаборатория, подтверждение, письмо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